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592BAB" w:rsidRDefault="00592BAB" w14:paraId="3BAAA47D" w14:textId="68991EA5">
      <w:pPr>
        <w:pStyle w:val="Title"/>
        <w:rPr>
          <w:sz w:val="44"/>
          <w:szCs w:val="44"/>
        </w:rPr>
      </w:pPr>
      <w:r w:rsidRPr="00EF1D40">
        <w:rPr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21468FF6" wp14:editId="3FFBD751">
            <wp:simplePos x="0" y="0"/>
            <wp:positionH relativeFrom="column">
              <wp:posOffset>4333875</wp:posOffset>
            </wp:positionH>
            <wp:positionV relativeFrom="paragraph">
              <wp:posOffset>66675</wp:posOffset>
            </wp:positionV>
            <wp:extent cx="1754801" cy="371731"/>
            <wp:effectExtent l="0" t="0" r="0" b="0"/>
            <wp:wrapNone/>
            <wp:docPr id="20491008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0">
                      <a:off x="0" y="0"/>
                      <a:ext cx="1754801" cy="371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559DE24C" wp14:editId="566F35D5">
            <wp:simplePos x="0" y="0"/>
            <wp:positionH relativeFrom="column">
              <wp:posOffset>2457450</wp:posOffset>
            </wp:positionH>
            <wp:positionV relativeFrom="paragraph">
              <wp:posOffset>-581025</wp:posOffset>
            </wp:positionV>
            <wp:extent cx="1066800" cy="1066800"/>
            <wp:effectExtent l="0" t="0" r="0" b="0"/>
            <wp:wrapNone/>
            <wp:docPr id="1987762938" name="Picture 2" descr="Marketing Unit - MTU Log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2" descr="Marketing Unit - MTU Logo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34262875">
        <w:drawing>
          <wp:inline wp14:editId="395CF180" wp14:anchorId="698650FD">
            <wp:extent cx="1715310" cy="500112"/>
            <wp:effectExtent l="0" t="0" r="0" b="0"/>
            <wp:docPr id="2086267217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086267217" name="Picture 2086267217"/>
                    <pic:cNvPicPr/>
                  </pic:nvPicPr>
                  <pic:blipFill>
                    <a:blip xmlns:r="http://schemas.openxmlformats.org/officeDocument/2006/relationships" r:embed="rId19249515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15310" cy="500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023C" w:rsidRDefault="002C7743" w14:paraId="0EC0BE46" w14:textId="7FF13C47">
      <w:pPr>
        <w:pStyle w:val="Title"/>
      </w:pPr>
      <w:r w:rsidRPr="0AD894AF" w:rsidR="612E91BD">
        <w:rPr>
          <w:sz w:val="44"/>
          <w:szCs w:val="44"/>
        </w:rPr>
        <w:t>Preparing Your Business for the Solar Eclipse</w:t>
      </w:r>
      <w:r>
        <w:br/>
      </w:r>
      <w:r w:rsidRPr="0AD894AF" w:rsidR="612E91BD">
        <w:rPr>
          <w:sz w:val="44"/>
          <w:szCs w:val="44"/>
        </w:rPr>
        <w:t>12 August 2026</w:t>
      </w:r>
    </w:p>
    <w:p w:rsidR="004B0583" w:rsidRDefault="002C7743" w14:paraId="392A0290" w14:textId="6C4F412B">
      <w:r w:rsidR="612E91BD">
        <w:rPr/>
        <w:t xml:space="preserve">On Wednesday 12 August 2026, </w:t>
      </w:r>
      <w:r w:rsidR="21DE68AA">
        <w:rPr/>
        <w:t>Cork</w:t>
      </w:r>
      <w:r w:rsidR="14D17A48">
        <w:rPr/>
        <w:t xml:space="preserve"> and Kerry</w:t>
      </w:r>
      <w:r w:rsidR="62FD1669">
        <w:rPr/>
        <w:t xml:space="preserve"> </w:t>
      </w:r>
      <w:r w:rsidR="612E91BD">
        <w:rPr/>
        <w:t>will experience one of the most significant astronomical events visible from Ireland for decades. Approximately 95% of the Sun will be obscured by the Moon, with the eclipse taking place low on the western horizon</w:t>
      </w:r>
      <w:r w:rsidR="3B99E46A">
        <w:rPr/>
        <w:t>. It will start at 6pm, conc</w:t>
      </w:r>
      <w:r w:rsidR="56597FD3">
        <w:rPr/>
        <w:t>l</w:t>
      </w:r>
      <w:r w:rsidR="3B99E46A">
        <w:rPr/>
        <w:t>ude at 8pm and the maximum coverage of the Sun will occur s</w:t>
      </w:r>
      <w:r w:rsidR="612E91BD">
        <w:rPr/>
        <w:t xml:space="preserve">hortly after 7.15 pm. </w:t>
      </w:r>
    </w:p>
    <w:p w:rsidR="004238CA" w:rsidRDefault="004238CA" w14:paraId="3D7AAF10" w14:textId="7A87CADC">
      <w:r>
        <w:t>Cork will be the best-placed city in Ireland from which to view the event.</w:t>
      </w:r>
      <w:r w:rsidR="00A401F7">
        <w:t xml:space="preserve"> Kerry will be the best-pa</w:t>
      </w:r>
      <w:r w:rsidR="00755DC6">
        <w:t>c</w:t>
      </w:r>
      <w:r w:rsidR="00A401F7">
        <w:t>ed county.</w:t>
      </w:r>
    </w:p>
    <w:p w:rsidR="00BC1EDD" w:rsidRDefault="00BC1EDD" w14:paraId="1A2B7199" w14:textId="656F9BA1">
      <w:r>
        <w:t xml:space="preserve">If you can see the </w:t>
      </w:r>
      <w:proofErr w:type="gramStart"/>
      <w:r>
        <w:t>setting sun</w:t>
      </w:r>
      <w:proofErr w:type="gramEnd"/>
      <w:r>
        <w:t xml:space="preserve"> towards the west, you can see the eclipse</w:t>
      </w:r>
      <w:r w:rsidR="004E6696">
        <w:t xml:space="preserve">. </w:t>
      </w:r>
      <w:r w:rsidR="00B61BA0">
        <w:t>It’s that simple!</w:t>
      </w:r>
    </w:p>
    <w:p w:rsidR="004238CA" w:rsidRDefault="658C7043" w14:paraId="36E2072C" w14:textId="0F825645">
      <w:r w:rsidR="7DE78BB9">
        <w:rPr/>
        <w:t xml:space="preserve">There will </w:t>
      </w:r>
      <w:r w:rsidR="7DE78BB9">
        <w:rPr/>
        <w:t>likely be</w:t>
      </w:r>
      <w:r w:rsidR="7DE78BB9">
        <w:rPr/>
        <w:t xml:space="preserve"> a large amount of coverage in the local</w:t>
      </w:r>
      <w:r w:rsidR="535BE28F">
        <w:rPr/>
        <w:t xml:space="preserve">, </w:t>
      </w:r>
      <w:r w:rsidR="6788CEF4">
        <w:rPr/>
        <w:t>national,</w:t>
      </w:r>
      <w:r w:rsidR="7DE78BB9">
        <w:rPr/>
        <w:t xml:space="preserve"> </w:t>
      </w:r>
      <w:r w:rsidR="535BE28F">
        <w:rPr/>
        <w:t xml:space="preserve">and international </w:t>
      </w:r>
      <w:r w:rsidR="7DE78BB9">
        <w:rPr/>
        <w:t>media.</w:t>
      </w:r>
      <w:r w:rsidR="6C058D56">
        <w:rPr/>
        <w:t xml:space="preserve"> </w:t>
      </w:r>
      <w:r w:rsidR="4371C0F5">
        <w:rPr/>
        <w:t xml:space="preserve">There will not be another eclipse </w:t>
      </w:r>
      <w:r w:rsidR="2B66946C">
        <w:rPr/>
        <w:t>with this level of interest</w:t>
      </w:r>
      <w:r w:rsidR="4371C0F5">
        <w:rPr/>
        <w:t xml:space="preserve"> until 2090</w:t>
      </w:r>
      <w:r w:rsidR="77B32DD7">
        <w:rPr/>
        <w:t>.</w:t>
      </w:r>
    </w:p>
    <w:p w:rsidR="462324C3" w:rsidP="3881A0D5" w:rsidRDefault="462324C3" w14:paraId="7AE1E2E8" w14:textId="04014ECC">
      <w:pPr>
        <w:rPr>
          <w:b/>
          <w:bCs/>
        </w:rPr>
      </w:pPr>
      <w:r w:rsidRPr="3881A0D5">
        <w:rPr>
          <w:b/>
          <w:bCs/>
        </w:rPr>
        <w:t>Why It Matters for your business</w:t>
      </w:r>
    </w:p>
    <w:p w:rsidR="462324C3" w:rsidP="3881A0D5" w:rsidRDefault="462324C3" w14:paraId="2C3DAF8A" w14:textId="54B1CDAF">
      <w:r>
        <w:t>Unlike most astronomical events, this eclipse occurs at a convenient evening hour and will be experienced by people across Cork</w:t>
      </w:r>
      <w:r w:rsidR="00A401F7">
        <w:t>-Kerry</w:t>
      </w:r>
      <w:r>
        <w:t xml:space="preserve"> simultaneously. The event creates a potentially unique opportunity for your business to take advantage of the interest and excitement around the eclipse without the need for any specialist equipment or knowledge.</w:t>
      </w:r>
    </w:p>
    <w:p w:rsidR="569BF458" w:rsidP="3881A0D5" w:rsidRDefault="370FE914" w14:paraId="6138946F" w14:textId="231D367B">
      <w:r w:rsidR="10921B3A">
        <w:rPr/>
        <w:t xml:space="preserve">Businesses that acknowledge the event can </w:t>
      </w:r>
      <w:r w:rsidR="10921B3A">
        <w:rPr/>
        <w:t>benefit</w:t>
      </w:r>
      <w:r w:rsidR="10921B3A">
        <w:rPr/>
        <w:t xml:space="preserve"> from increased visibility, stronger customer </w:t>
      </w:r>
      <w:r w:rsidR="4BFE36D6">
        <w:rPr/>
        <w:t>engagement,</w:t>
      </w:r>
      <w:r w:rsidR="10921B3A">
        <w:rPr/>
        <w:t xml:space="preserve"> and positive community association with one of the </w:t>
      </w:r>
      <w:r w:rsidR="0F7F6FC5">
        <w:rPr/>
        <w:t xml:space="preserve">signature </w:t>
      </w:r>
      <w:r w:rsidR="0F7F6FC5">
        <w:rPr/>
        <w:t>city</w:t>
      </w:r>
      <w:r w:rsidR="0F7F6FC5">
        <w:rPr/>
        <w:t xml:space="preserve"> </w:t>
      </w:r>
      <w:r w:rsidR="5EA4F2A4">
        <w:rPr/>
        <w:t xml:space="preserve">or regional </w:t>
      </w:r>
      <w:r w:rsidR="0F7F6FC5">
        <w:rPr/>
        <w:t xml:space="preserve">events of 2026. </w:t>
      </w:r>
    </w:p>
    <w:p w:rsidR="001A4DAC" w:rsidRDefault="09FB20FA" w14:paraId="30E3B00B" w14:textId="405E68B9">
      <w:r w:rsidRPr="0AD894AF" w:rsidR="719290B8">
        <w:rPr>
          <w:b w:val="1"/>
          <w:bCs w:val="1"/>
        </w:rPr>
        <w:t>How to get involved</w:t>
      </w:r>
      <w:proofErr w:type="gramStart"/>
      <w:proofErr w:type="gramEnd"/>
    </w:p>
    <w:p w:rsidR="001A4DAC" w:rsidRDefault="09FB20FA" w14:paraId="135037CF" w14:textId="0EF9313B">
      <w:r w:rsidR="735C3AC1">
        <w:rPr/>
        <w:t xml:space="preserve">Find out all you need to know about eclipse watching and </w:t>
      </w:r>
      <w:r w:rsidR="1EE1A1BD">
        <w:rPr/>
        <w:t xml:space="preserve">at the same time </w:t>
      </w:r>
      <w:r w:rsidR="735C3AC1">
        <w:rPr/>
        <w:t>m</w:t>
      </w:r>
      <w:r w:rsidR="2C602461">
        <w:rPr/>
        <w:t xml:space="preserve">ake your event visible by completing a simple, free registration form on </w:t>
      </w:r>
      <w:hyperlink r:id="R90cf22a925d44fb3">
        <w:r w:rsidRPr="0AD894AF" w:rsidR="0CC2B6F6">
          <w:rPr>
            <w:rStyle w:val="Hyperlink"/>
          </w:rPr>
          <w:t>https://www.bco.ie/solar-eclipse/</w:t>
        </w:r>
      </w:hyperlink>
      <w:r w:rsidR="0CC2B6F6">
        <w:rPr/>
        <w:t xml:space="preserve">. </w:t>
      </w:r>
      <w:r w:rsidRPr="0AD894AF" w:rsidR="1EE1A1BD">
        <w:rPr>
          <w:b w:val="1"/>
          <w:bCs w:val="1"/>
          <w:color w:val="EE0000"/>
          <w:u w:val="single"/>
        </w:rPr>
        <w:t xml:space="preserve">Registration is not mandatory, but for those businesses who do </w:t>
      </w:r>
      <w:r w:rsidRPr="0AD894AF" w:rsidR="1EE1A1BD">
        <w:rPr>
          <w:b w:val="1"/>
          <w:bCs w:val="1"/>
          <w:color w:val="EE0000"/>
          <w:u w:val="single"/>
        </w:rPr>
        <w:t>register</w:t>
      </w:r>
      <w:r w:rsidRPr="0AD894AF" w:rsidR="1EE1A1BD">
        <w:rPr>
          <w:b w:val="1"/>
          <w:bCs w:val="1"/>
          <w:color w:val="EE0000"/>
          <w:u w:val="single"/>
        </w:rPr>
        <w:t xml:space="preserve"> their </w:t>
      </w:r>
      <w:r w:rsidRPr="0AD894AF" w:rsidR="1EE1A1BD">
        <w:rPr>
          <w:b w:val="1"/>
          <w:bCs w:val="1"/>
          <w:color w:val="EE0000"/>
          <w:u w:val="single"/>
        </w:rPr>
        <w:t>event</w:t>
      </w:r>
      <w:r w:rsidRPr="0AD894AF" w:rsidR="1EE1A1BD">
        <w:rPr>
          <w:b w:val="1"/>
          <w:bCs w:val="1"/>
          <w:color w:val="EE0000"/>
          <w:u w:val="single"/>
        </w:rPr>
        <w:t xml:space="preserve"> we will provide </w:t>
      </w:r>
      <w:r w:rsidRPr="0AD894AF" w:rsidR="0FEF908D">
        <w:rPr>
          <w:b w:val="1"/>
          <w:bCs w:val="1"/>
          <w:color w:val="EE0000"/>
          <w:u w:val="single"/>
        </w:rPr>
        <w:t>20 eclipse glasses free for use.</w:t>
      </w:r>
      <w:r>
        <w:br/>
      </w:r>
      <w:r>
        <w:br/>
      </w:r>
      <w:r w:rsidR="735C3AC1">
        <w:rPr/>
        <w:t>Thousands of people are expected to gather at viewpoints across Cork</w:t>
      </w:r>
      <w:r w:rsidR="5EA4F2A4">
        <w:rPr/>
        <w:t xml:space="preserve"> and Kerry</w:t>
      </w:r>
      <w:r w:rsidR="0FEF908D">
        <w:rPr/>
        <w:t>, from back gardens to businesses</w:t>
      </w:r>
      <w:r w:rsidR="735C3AC1">
        <w:rPr/>
        <w:t xml:space="preserve">. </w:t>
      </w:r>
      <w:r w:rsidR="0FEF908D">
        <w:rPr/>
        <w:t xml:space="preserve">At </w:t>
      </w:r>
      <w:r w:rsidR="5EA4F2A4">
        <w:rPr/>
        <w:t xml:space="preserve">MTU </w:t>
      </w:r>
      <w:r w:rsidR="735C3AC1">
        <w:rPr/>
        <w:t>Blackrock Castle Observatory</w:t>
      </w:r>
      <w:r w:rsidR="7F3774AF">
        <w:rPr/>
        <w:t xml:space="preserve">, </w:t>
      </w:r>
      <w:r w:rsidR="40BEAE60">
        <w:rPr/>
        <w:t>with</w:t>
      </w:r>
      <w:r w:rsidR="02D8960F">
        <w:rPr/>
        <w:t xml:space="preserve"> support from</w:t>
      </w:r>
      <w:r w:rsidR="40BEAE60">
        <w:rPr/>
        <w:t xml:space="preserve"> the Nighttime Economy initi</w:t>
      </w:r>
      <w:r w:rsidR="04AA6E28">
        <w:rPr/>
        <w:t xml:space="preserve">ative and the Dept. of Culture, Communications &amp; </w:t>
      </w:r>
      <w:r w:rsidR="38E94149">
        <w:rPr/>
        <w:t>Sport, we</w:t>
      </w:r>
      <w:r w:rsidR="0FEF908D">
        <w:rPr/>
        <w:t xml:space="preserve"> </w:t>
      </w:r>
      <w:r w:rsidR="735C3AC1">
        <w:rPr/>
        <w:t xml:space="preserve">will host public </w:t>
      </w:r>
      <w:r w:rsidR="735C3AC1">
        <w:rPr/>
        <w:t>observing</w:t>
      </w:r>
      <w:r w:rsidR="735C3AC1">
        <w:rPr/>
        <w:t xml:space="preserve"> sessions, an eclipse exhibition and family activities. </w:t>
      </w:r>
      <w:r w:rsidR="5B6256FB">
        <w:rPr/>
        <w:t>Simple ideas can be the best! Be creative.</w:t>
      </w:r>
      <w:r w:rsidR="5DD184B1">
        <w:rPr/>
        <w:t xml:space="preserve"> </w:t>
      </w:r>
      <w:r>
        <w:br/>
      </w:r>
    </w:p>
    <w:p w:rsidR="0016023C" w:rsidP="008B4418" w:rsidRDefault="001A4DAC" w14:paraId="0779B268" w14:textId="4F8F2776">
      <w:r>
        <w:br w:type="page"/>
      </w:r>
      <w:r w:rsidR="00F91D89">
        <w:lastRenderedPageBreak/>
        <w:t>Examples of Business Opportunities</w:t>
      </w:r>
      <w:r>
        <w:t xml:space="preserve"> (you may have your own ideas!)</w:t>
      </w:r>
    </w:p>
    <w:p w:rsidR="0016023C" w:rsidRDefault="002C7743" w14:paraId="62BDE7B7" w14:textId="77777777">
      <w:pPr>
        <w:pStyle w:val="Heading2"/>
      </w:pPr>
      <w:r>
        <w:t>Restaurants, Cafés and Bars</w:t>
      </w:r>
    </w:p>
    <w:p w:rsidR="00FE65FD" w:rsidRDefault="002C7743" w14:paraId="4B5884FD" w14:textId="49BEA753">
      <w:r>
        <w:t xml:space="preserve">• Develop eclipse-themed food and drink specials in the </w:t>
      </w:r>
      <w:r w:rsidR="0096308E">
        <w:t>days</w:t>
      </w:r>
      <w:r>
        <w:t xml:space="preserve"> leading up to the event.</w:t>
      </w:r>
    </w:p>
    <w:p w:rsidR="0016023C" w:rsidRDefault="002C7743" w14:paraId="0B729289" w14:textId="3F8A3536">
      <w:r>
        <w:t xml:space="preserve">• Offer opening hours </w:t>
      </w:r>
      <w:r w:rsidR="005223D6">
        <w:t xml:space="preserve">until 8pm </w:t>
      </w:r>
      <w:r>
        <w:t xml:space="preserve">on </w:t>
      </w:r>
      <w:r w:rsidR="005223D6">
        <w:t xml:space="preserve">the </w:t>
      </w:r>
      <w:r>
        <w:t>eclipse evening</w:t>
      </w:r>
      <w:r w:rsidR="005223D6">
        <w:t>.</w:t>
      </w:r>
    </w:p>
    <w:p w:rsidR="0016023C" w:rsidRDefault="002C7743" w14:paraId="456C4CAA" w14:textId="7F7BBA4E">
      <w:r>
        <w:t xml:space="preserve">• Create viewing menus or </w:t>
      </w:r>
      <w:r w:rsidR="001A4DAC">
        <w:t xml:space="preserve">make use of </w:t>
      </w:r>
      <w:r>
        <w:t>outdoor seating for customers</w:t>
      </w:r>
      <w:r w:rsidR="001A4DAC">
        <w:t xml:space="preserve"> which faces the direction of the setting </w:t>
      </w:r>
      <w:r w:rsidR="00300C71">
        <w:t>Sun</w:t>
      </w:r>
      <w:r>
        <w:t>.</w:t>
      </w:r>
    </w:p>
    <w:p w:rsidR="0016023C" w:rsidRDefault="002C7743" w14:paraId="66C5E6C1" w14:textId="77777777">
      <w:pPr>
        <w:pStyle w:val="Heading2"/>
      </w:pPr>
      <w:r>
        <w:t>Retail</w:t>
      </w:r>
    </w:p>
    <w:p w:rsidR="0016023C" w:rsidRDefault="002C7743" w14:paraId="51326183" w14:textId="77777777">
      <w:r>
        <w:t>• Create eye-catching eclipse window displays.</w:t>
      </w:r>
    </w:p>
    <w:p w:rsidR="0016023C" w:rsidRDefault="002C7743" w14:paraId="1D2879AA" w14:textId="6DE026C3">
      <w:r>
        <w:t>• Run one-day promotions or limited-edition products.</w:t>
      </w:r>
    </w:p>
    <w:p w:rsidR="0016023C" w:rsidRDefault="002C7743" w14:paraId="34D03411" w14:textId="77777777">
      <w:pPr>
        <w:pStyle w:val="Heading2"/>
      </w:pPr>
      <w:r>
        <w:t>Hotels and Tourism</w:t>
      </w:r>
    </w:p>
    <w:p w:rsidR="0016023C" w:rsidRDefault="002C7743" w14:paraId="326A4AB1" w14:textId="2D00477D">
      <w:r>
        <w:t>• Promote 'Experience the Eclipse in Cork</w:t>
      </w:r>
      <w:r w:rsidR="007D75B6">
        <w:t>/Kerry</w:t>
      </w:r>
      <w:r>
        <w:t>' packages.</w:t>
      </w:r>
    </w:p>
    <w:p w:rsidR="0016023C" w:rsidRDefault="002C7743" w14:paraId="32C02BF6" w14:textId="77777777">
      <w:r>
        <w:t>• Highlight nearby scenic viewing locations.</w:t>
      </w:r>
    </w:p>
    <w:p w:rsidR="0016023C" w:rsidRDefault="002C7743" w14:paraId="11635709" w14:textId="12E432E6">
      <w:r>
        <w:t xml:space="preserve">• Partner with local attractions including </w:t>
      </w:r>
      <w:r w:rsidR="007D75B6">
        <w:t xml:space="preserve">MTU </w:t>
      </w:r>
      <w:r>
        <w:t>B</w:t>
      </w:r>
      <w:r w:rsidR="00BB2D13">
        <w:t xml:space="preserve">lackrock </w:t>
      </w:r>
      <w:r>
        <w:t>C</w:t>
      </w:r>
      <w:r w:rsidR="00BB2D13">
        <w:t xml:space="preserve">astle </w:t>
      </w:r>
      <w:r>
        <w:t>O</w:t>
      </w:r>
      <w:r w:rsidR="00BB2D13">
        <w:t>bservatory</w:t>
      </w:r>
      <w:r w:rsidR="00300C71">
        <w:t xml:space="preserve"> to register </w:t>
      </w:r>
      <w:r w:rsidR="00BB2D13">
        <w:t xml:space="preserve">and highlight </w:t>
      </w:r>
      <w:r w:rsidR="00300C71">
        <w:t xml:space="preserve">your </w:t>
      </w:r>
      <w:r w:rsidR="00BB2D13">
        <w:t>event.</w:t>
      </w:r>
    </w:p>
    <w:p w:rsidR="0016023C" w:rsidRDefault="002C7743" w14:paraId="2B0E9F81" w14:textId="77777777">
      <w:pPr>
        <w:pStyle w:val="Heading2"/>
      </w:pPr>
      <w:r>
        <w:t>Arts, Culture and Entertainment</w:t>
      </w:r>
    </w:p>
    <w:p w:rsidR="0016023C" w:rsidRDefault="002C7743" w14:paraId="6B09EA48" w14:textId="77777777">
      <w:r>
        <w:t>• Host astronomy-themed talks or performances.</w:t>
      </w:r>
    </w:p>
    <w:p w:rsidR="0016023C" w:rsidRDefault="002C7743" w14:paraId="766DC4DD" w14:textId="4EF0D8A0">
      <w:r>
        <w:t xml:space="preserve">• </w:t>
      </w:r>
      <w:r w:rsidR="00287C3A">
        <w:t>Promote the</w:t>
      </w:r>
      <w:r>
        <w:t xml:space="preserve"> 'Inspired by the Eclipse' photography </w:t>
      </w:r>
      <w:r w:rsidR="00287C3A">
        <w:t xml:space="preserve">competition being coordinated by </w:t>
      </w:r>
      <w:r w:rsidR="007D75B6">
        <w:t xml:space="preserve">MTU </w:t>
      </w:r>
      <w:r w:rsidR="00287C3A">
        <w:t xml:space="preserve">Blackrock Castle Observatory and capture images </w:t>
      </w:r>
      <w:proofErr w:type="gramStart"/>
      <w:r w:rsidR="000A45AA">
        <w:t>on</w:t>
      </w:r>
      <w:proofErr w:type="gramEnd"/>
      <w:r w:rsidR="000A45AA">
        <w:t xml:space="preserve"> the evening, whether it’s clear or cloudy! </w:t>
      </w:r>
      <w:r w:rsidR="00C37A62">
        <w:t>It could be as simple as raising a toast at 7:15pm to mark the maximum of the eclipse.</w:t>
      </w:r>
    </w:p>
    <w:p w:rsidR="0016023C" w:rsidRDefault="002C7743" w14:paraId="6C264419" w14:textId="2E0BA078">
      <w:r w:rsidR="612E91BD">
        <w:rPr/>
        <w:t xml:space="preserve">• Cross-promote with </w:t>
      </w:r>
      <w:r w:rsidR="7BD891A4">
        <w:rPr/>
        <w:t>MTU</w:t>
      </w:r>
      <w:r w:rsidR="4DF7472A">
        <w:rPr/>
        <w:t xml:space="preserve"> </w:t>
      </w:r>
      <w:r w:rsidR="612E91BD">
        <w:rPr/>
        <w:t>B</w:t>
      </w:r>
      <w:r w:rsidR="0DBD19C6">
        <w:rPr/>
        <w:t>lackrock</w:t>
      </w:r>
      <w:r w:rsidR="0DBD19C6">
        <w:rPr/>
        <w:t xml:space="preserve"> </w:t>
      </w:r>
      <w:r w:rsidR="612E91BD">
        <w:rPr/>
        <w:t>C</w:t>
      </w:r>
      <w:r w:rsidR="0DBD19C6">
        <w:rPr/>
        <w:t xml:space="preserve">astle </w:t>
      </w:r>
      <w:r w:rsidR="612E91BD">
        <w:rPr/>
        <w:t>O</w:t>
      </w:r>
      <w:r w:rsidR="0DBD19C6">
        <w:rPr/>
        <w:t>bservatory</w:t>
      </w:r>
      <w:r w:rsidR="612E91BD">
        <w:rPr/>
        <w:t xml:space="preserve"> activities</w:t>
      </w:r>
      <w:r w:rsidR="0DBD19C6">
        <w:rPr/>
        <w:t xml:space="preserve"> by registering your event</w:t>
      </w:r>
      <w:r w:rsidR="57265F2D">
        <w:rPr/>
        <w:t>, however simple, or sophisticated it might be.</w:t>
      </w:r>
    </w:p>
    <w:p w:rsidR="0016023C" w:rsidRDefault="002C7743" w14:paraId="130F6FFE" w14:textId="77777777">
      <w:pPr>
        <w:pStyle w:val="Heading2"/>
      </w:pPr>
      <w:r>
        <w:t>Marketing and Media</w:t>
      </w:r>
    </w:p>
    <w:p w:rsidR="0016023C" w:rsidRDefault="002C7743" w14:paraId="52480EF5" w14:textId="77777777">
      <w:r>
        <w:t>• Run countdown campaigns on social media.</w:t>
      </w:r>
    </w:p>
    <w:p w:rsidR="0016023C" w:rsidRDefault="002C7743" w14:paraId="3172A2DF" w14:textId="77777777">
      <w:r>
        <w:t>• Celebrate customers and communities experiencing the eclipse together.</w:t>
      </w:r>
    </w:p>
    <w:p w:rsidR="0016023C" w:rsidRDefault="002C7743" w14:paraId="15DF24FF" w14:textId="77777777">
      <w:r>
        <w:t>• Use the event to reinforce local pride and civic participation.</w:t>
      </w:r>
    </w:p>
    <w:p w:rsidR="0016023C" w:rsidRDefault="002C7743" w14:paraId="2C9B1844" w14:textId="77777777">
      <w:pPr>
        <w:pStyle w:val="Heading2"/>
      </w:pPr>
      <w:r>
        <w:t>Transport</w:t>
      </w:r>
    </w:p>
    <w:p w:rsidR="0016023C" w:rsidRDefault="002C7743" w14:paraId="54FEA312" w14:textId="77777777">
      <w:r>
        <w:t>• Consider additional evening services or promotions to popular viewing sites.</w:t>
      </w:r>
    </w:p>
    <w:p w:rsidR="00DE5A9A" w:rsidP="3881A0D5" w:rsidRDefault="00DE5A9A" w14:paraId="32ABBB93" w14:textId="050B020B">
      <w:pPr>
        <w:pStyle w:val="Heading1"/>
      </w:pPr>
    </w:p>
    <w:sectPr w:rsidR="00DE5A9A" w:rsidSect="00034616">
      <w:pgSz w:w="12240" w:h="15840" w:orient="portrait"/>
      <w:pgMar w:top="1440" w:right="1800" w:bottom="1440" w:left="1800" w:header="720" w:footer="720" w:gutter="0"/>
      <w:cols w:space="720"/>
      <w:docGrid w:linePitch="360"/>
      <w:headerReference w:type="default" r:id="R977eaea9f9884598"/>
      <w:footerReference w:type="default" r:id="R8fd38ba48d8b41a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0AD894AF" w:rsidTr="0AD894AF" w14:paraId="0C7E5A64">
      <w:trPr>
        <w:trHeight w:val="300"/>
      </w:trPr>
      <w:tc>
        <w:tcPr>
          <w:tcW w:w="2880" w:type="dxa"/>
          <w:tcMar/>
        </w:tcPr>
        <w:p w:rsidR="0AD894AF" w:rsidP="0AD894AF" w:rsidRDefault="0AD894AF" w14:paraId="7DE201F9" w14:textId="4352422C">
          <w:pPr>
            <w:pStyle w:val="Header"/>
            <w:bidi w:val="0"/>
            <w:ind w:left="-115"/>
            <w:jc w:val="left"/>
          </w:pPr>
        </w:p>
      </w:tc>
      <w:tc>
        <w:tcPr>
          <w:tcW w:w="2880" w:type="dxa"/>
          <w:tcMar/>
        </w:tcPr>
        <w:p w:rsidR="0AD894AF" w:rsidP="0AD894AF" w:rsidRDefault="0AD894AF" w14:paraId="64CB0679" w14:textId="204887F5">
          <w:pPr>
            <w:pStyle w:val="Header"/>
            <w:bidi w:val="0"/>
            <w:jc w:val="center"/>
          </w:pPr>
        </w:p>
      </w:tc>
      <w:tc>
        <w:tcPr>
          <w:tcW w:w="2880" w:type="dxa"/>
          <w:tcMar/>
        </w:tcPr>
        <w:p w:rsidR="0AD894AF" w:rsidP="0AD894AF" w:rsidRDefault="0AD894AF" w14:paraId="64C3BD10" w14:textId="3C7321EE">
          <w:pPr>
            <w:pStyle w:val="Header"/>
            <w:bidi w:val="0"/>
            <w:ind w:right="-115"/>
            <w:jc w:val="right"/>
          </w:pPr>
        </w:p>
      </w:tc>
    </w:tr>
  </w:tbl>
  <w:p w:rsidR="0AD894AF" w:rsidP="0AD894AF" w:rsidRDefault="0AD894AF" w14:paraId="2E710720" w14:textId="1554742E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0AD894AF" w:rsidTr="0AD894AF" w14:paraId="1AD7E186">
      <w:trPr>
        <w:trHeight w:val="300"/>
      </w:trPr>
      <w:tc>
        <w:tcPr>
          <w:tcW w:w="2880" w:type="dxa"/>
          <w:tcMar/>
        </w:tcPr>
        <w:p w:rsidR="0AD894AF" w:rsidP="0AD894AF" w:rsidRDefault="0AD894AF" w14:paraId="460D1481" w14:textId="6C7DCB03">
          <w:pPr>
            <w:pStyle w:val="Header"/>
            <w:bidi w:val="0"/>
            <w:ind w:left="-115"/>
            <w:jc w:val="left"/>
          </w:pPr>
        </w:p>
      </w:tc>
      <w:tc>
        <w:tcPr>
          <w:tcW w:w="2880" w:type="dxa"/>
          <w:tcMar/>
        </w:tcPr>
        <w:p w:rsidR="0AD894AF" w:rsidP="0AD894AF" w:rsidRDefault="0AD894AF" w14:paraId="07ABA995" w14:textId="25562FE2">
          <w:pPr>
            <w:pStyle w:val="Header"/>
            <w:bidi w:val="0"/>
            <w:jc w:val="center"/>
          </w:pPr>
        </w:p>
      </w:tc>
      <w:tc>
        <w:tcPr>
          <w:tcW w:w="2880" w:type="dxa"/>
          <w:tcMar/>
        </w:tcPr>
        <w:p w:rsidR="0AD894AF" w:rsidP="0AD894AF" w:rsidRDefault="0AD894AF" w14:paraId="1EA5E0D3" w14:textId="2E462DFC">
          <w:pPr>
            <w:pStyle w:val="Header"/>
            <w:bidi w:val="0"/>
            <w:ind w:right="-115"/>
            <w:jc w:val="right"/>
          </w:pPr>
        </w:p>
      </w:tc>
    </w:tr>
  </w:tbl>
  <w:p w:rsidR="0AD894AF" w:rsidP="0AD894AF" w:rsidRDefault="0AD894AF" w14:paraId="282AC105" w14:textId="3BB031EC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1984386512">
    <w:abstractNumId w:val="8"/>
  </w:num>
  <w:num w:numId="2" w16cid:durableId="349063932">
    <w:abstractNumId w:val="6"/>
  </w:num>
  <w:num w:numId="3" w16cid:durableId="343089586">
    <w:abstractNumId w:val="5"/>
  </w:num>
  <w:num w:numId="4" w16cid:durableId="1373576841">
    <w:abstractNumId w:val="4"/>
  </w:num>
  <w:num w:numId="5" w16cid:durableId="1432817474">
    <w:abstractNumId w:val="7"/>
  </w:num>
  <w:num w:numId="6" w16cid:durableId="1349982920">
    <w:abstractNumId w:val="3"/>
  </w:num>
  <w:num w:numId="7" w16cid:durableId="82840839">
    <w:abstractNumId w:val="2"/>
  </w:num>
  <w:num w:numId="8" w16cid:durableId="1231622991">
    <w:abstractNumId w:val="1"/>
  </w:num>
  <w:num w:numId="9" w16cid:durableId="965312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45AA"/>
    <w:rsid w:val="000D115E"/>
    <w:rsid w:val="001214DD"/>
    <w:rsid w:val="0015074B"/>
    <w:rsid w:val="00157818"/>
    <w:rsid w:val="0016023C"/>
    <w:rsid w:val="001A4DAC"/>
    <w:rsid w:val="001E28FF"/>
    <w:rsid w:val="00287C3A"/>
    <w:rsid w:val="0029639D"/>
    <w:rsid w:val="002C7743"/>
    <w:rsid w:val="00300C71"/>
    <w:rsid w:val="00301AAE"/>
    <w:rsid w:val="00326F90"/>
    <w:rsid w:val="003F1A36"/>
    <w:rsid w:val="004238CA"/>
    <w:rsid w:val="00433020"/>
    <w:rsid w:val="00462FA6"/>
    <w:rsid w:val="004B0583"/>
    <w:rsid w:val="004E6696"/>
    <w:rsid w:val="005223D6"/>
    <w:rsid w:val="00592BAB"/>
    <w:rsid w:val="005B25D7"/>
    <w:rsid w:val="006A03FC"/>
    <w:rsid w:val="0070674F"/>
    <w:rsid w:val="00755DC6"/>
    <w:rsid w:val="007B279C"/>
    <w:rsid w:val="007D75B6"/>
    <w:rsid w:val="00864847"/>
    <w:rsid w:val="008B4418"/>
    <w:rsid w:val="008E1634"/>
    <w:rsid w:val="00901309"/>
    <w:rsid w:val="0096308E"/>
    <w:rsid w:val="009C74A0"/>
    <w:rsid w:val="00A401F7"/>
    <w:rsid w:val="00AA1D8D"/>
    <w:rsid w:val="00AA356B"/>
    <w:rsid w:val="00B47730"/>
    <w:rsid w:val="00B61BA0"/>
    <w:rsid w:val="00BB2D13"/>
    <w:rsid w:val="00BC1EDD"/>
    <w:rsid w:val="00C37A62"/>
    <w:rsid w:val="00CB0664"/>
    <w:rsid w:val="00DE5A9A"/>
    <w:rsid w:val="00E1299F"/>
    <w:rsid w:val="00EF1D40"/>
    <w:rsid w:val="00EF5567"/>
    <w:rsid w:val="00F83830"/>
    <w:rsid w:val="00F91D89"/>
    <w:rsid w:val="00FC693F"/>
    <w:rsid w:val="00FE65FD"/>
    <w:rsid w:val="02D4CECB"/>
    <w:rsid w:val="02D8960F"/>
    <w:rsid w:val="04AA6E28"/>
    <w:rsid w:val="04F51C6E"/>
    <w:rsid w:val="09BE26F5"/>
    <w:rsid w:val="09FB20FA"/>
    <w:rsid w:val="0A1980D8"/>
    <w:rsid w:val="0AD894AF"/>
    <w:rsid w:val="0B1856FB"/>
    <w:rsid w:val="0CC2B6F6"/>
    <w:rsid w:val="0DBD19C6"/>
    <w:rsid w:val="0F7F6FC5"/>
    <w:rsid w:val="0FEF908D"/>
    <w:rsid w:val="10602AA9"/>
    <w:rsid w:val="10921B3A"/>
    <w:rsid w:val="11943642"/>
    <w:rsid w:val="11B9C022"/>
    <w:rsid w:val="14D17A48"/>
    <w:rsid w:val="157B1400"/>
    <w:rsid w:val="1D6B318F"/>
    <w:rsid w:val="1EE1A1BD"/>
    <w:rsid w:val="21DE68AA"/>
    <w:rsid w:val="253CB5B4"/>
    <w:rsid w:val="2673D0D6"/>
    <w:rsid w:val="2B66946C"/>
    <w:rsid w:val="2C602461"/>
    <w:rsid w:val="2CAA3EB3"/>
    <w:rsid w:val="2D21600B"/>
    <w:rsid w:val="2DE2D532"/>
    <w:rsid w:val="2E717C7F"/>
    <w:rsid w:val="31B9354F"/>
    <w:rsid w:val="327B2945"/>
    <w:rsid w:val="34262875"/>
    <w:rsid w:val="34772CC4"/>
    <w:rsid w:val="370FE914"/>
    <w:rsid w:val="3881A0D5"/>
    <w:rsid w:val="38E94149"/>
    <w:rsid w:val="3B99E46A"/>
    <w:rsid w:val="3BCA3B58"/>
    <w:rsid w:val="3BD13460"/>
    <w:rsid w:val="3DD2EF8E"/>
    <w:rsid w:val="3FA70879"/>
    <w:rsid w:val="40BEAE60"/>
    <w:rsid w:val="43213E7A"/>
    <w:rsid w:val="4371C0F5"/>
    <w:rsid w:val="462324C3"/>
    <w:rsid w:val="46C21F12"/>
    <w:rsid w:val="48B78B2E"/>
    <w:rsid w:val="4B70AE93"/>
    <w:rsid w:val="4BB05DE9"/>
    <w:rsid w:val="4BFE36D6"/>
    <w:rsid w:val="4D3645EA"/>
    <w:rsid w:val="4DF7472A"/>
    <w:rsid w:val="4E3B9996"/>
    <w:rsid w:val="4E88228F"/>
    <w:rsid w:val="5095B3A3"/>
    <w:rsid w:val="535BE28F"/>
    <w:rsid w:val="56597FD3"/>
    <w:rsid w:val="569BF458"/>
    <w:rsid w:val="57265F2D"/>
    <w:rsid w:val="5B6256FB"/>
    <w:rsid w:val="5DD184B1"/>
    <w:rsid w:val="5EA4F2A4"/>
    <w:rsid w:val="5FC52FC3"/>
    <w:rsid w:val="612E91BD"/>
    <w:rsid w:val="62FD1669"/>
    <w:rsid w:val="658C7043"/>
    <w:rsid w:val="6788CEF4"/>
    <w:rsid w:val="69E595F3"/>
    <w:rsid w:val="6A5EF178"/>
    <w:rsid w:val="6C058D56"/>
    <w:rsid w:val="6CFAA6F9"/>
    <w:rsid w:val="719290B8"/>
    <w:rsid w:val="7227513E"/>
    <w:rsid w:val="735C3AC1"/>
    <w:rsid w:val="7422151F"/>
    <w:rsid w:val="75C36540"/>
    <w:rsid w:val="773E173F"/>
    <w:rsid w:val="77B32DD7"/>
    <w:rsid w:val="7BD891A4"/>
    <w:rsid w:val="7BEBAA96"/>
    <w:rsid w:val="7DE78BB9"/>
    <w:rsid w:val="7E2EF8CB"/>
    <w:rsid w:val="7F37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F396D1"/>
  <w14:defaultImageDpi w14:val="300"/>
  <w15:docId w15:val="{3491FB97-008D-42E9-9A0F-340537B27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301AA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1A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image" Target="media/image2.jpeg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image" Target="media/image1.png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media/image2.png" Id="rId192495152" /><Relationship Type="http://schemas.openxmlformats.org/officeDocument/2006/relationships/hyperlink" Target="https://www.bco.ie/solar-eclipse/" TargetMode="External" Id="R90cf22a925d44fb3" /><Relationship Type="http://schemas.openxmlformats.org/officeDocument/2006/relationships/header" Target="header.xml" Id="R977eaea9f9884598" /><Relationship Type="http://schemas.openxmlformats.org/officeDocument/2006/relationships/footer" Target="footer.xml" Id="R8fd38ba48d8b41a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Donna Fitzgerald</lastModifiedBy>
  <revision>11</revision>
  <dcterms:created xsi:type="dcterms:W3CDTF">2026-07-23T12:43:00.0000000Z</dcterms:created>
  <dcterms:modified xsi:type="dcterms:W3CDTF">2026-07-28T09:59:52.7554634Z</dcterms:modified>
  <category/>
</coreProperties>
</file>